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הרי ההימלאיה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להליכה בהרים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3000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האוויר דל וקשה לנשום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שקים כבדים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למשאיות שעירות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ורוד וכתום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הכפר נמצא בגובה של יותר משלושת אלפים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שעברה שיירה של יאקים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שהפעמונים שלהם צלצלו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ראו את השמש שוקעת, לא זורחת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שעצרו כל כמה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משאיות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(קבוצה שנוסעת יחד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(בעל חיים שעיר שנושא משאות בהרים)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(החלק הכי גבוה של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(אוויר עם מעט חמצן)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(דרך צרה להליכה בהרים)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הגענו לכפר קטן בתוך ההרים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הלכנו לאט בשביל ועצרנו לנוח ולשתות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פגשנו בדרך שיירה של יאקים עם פעמונים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ראינו את השמש שוקעת והפסגות נצבעות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אוויר דל, הליכה לאט, יאקים עם פעמונים, נוף הרים ושקיעה - לפי 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מהטקסט (גובה, יאקים, אוויר דל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האוויר למעלה דל ויש בו פחות חמצן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 מתאים כמו כפפות חמות, משקפי שמש או נעלי טיולים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יאק לפני פעילות ההתאמה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קראתם יומן מסע של ילד שהגיע עם משפחתו לכפר קטן בהרי ההימלאיה באסיה. בדף הזה נתרגל את מה שקרה ביום הראשון של הטיול.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יבשת נמצאים 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בגובה כמה מטרים בערך נמצא הכפר?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300,000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המשפחה הלכה לאט בשביל?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עייפים מהטיסה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האוויר דל וקשה לנשום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ירד 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ידעו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נשאו היאקים על הגב?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יונתן השווה את היאקים?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למשאיות שעירות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למטוסים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לסוסים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באילו צבעים נצבעו הפסגות בשקיעה?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 וירוק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ורוד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 וצהוב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 נמצא בגובה של פחות מאלף מטר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השיירה שעברה בדרך הייתה של יאקים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ליאקים היו פעמונים שצלצלו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המשפחה ראתה את השמש זורחת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עצרה כמה פעמים לנוח ולשתות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הכפר נמצא בגובה של יותר משלושת אלפים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למעלה בהרים האוויר __________ וקשה לנשום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היאקים נשאו על הגב __________ 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בערב ראינו את השמש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יונתן צעק שהיאקים הם כמו __________ שעירות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אוויר עם מעט חמצן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הכי גבוה של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חיים שעיר שנושא משאות בהרים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אוויר 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צרה להליכה בהרים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שנוסעת יחד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הלכנו לאט בשביל ועצרנו לנוח ולשתות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ראינו את השמש שוקעת והפסגות נצבעות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הגענו לכפר קטן בתוך ההרים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פגשנו בדרך שיירה של יאקים עם פעמונים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הולכים בשביל בהרי ההימלאיה. כתבו 3-4 משפטים על מה הייתם רואים, שומעים ומרגישים.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הדבר המפתיע ביותר שלמדתם על הרי ההימלאיה?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קשה לנשום בגובה 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אורזים לטיול כזה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ההימלאיה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