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הרי ההימלאיה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על הרי ההימלאיה מתוך יומן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מילים הקשורות להליכה בהרים גבוהים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וסדר 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3000 מטר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האוויר דל וקשה לנשום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שקים כבדים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למשאיות שעירות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ורוד וכתום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הכפר נמצא בגובה של יותר משלושת אלפים מטר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בטקסט שעברה שיירה של יאקים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שהפעמונים שלהם צלצלו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הם ראו את השמש שוקעת, לא זורחת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שעצרו כל כמה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שוקעת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משאיות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(קבוצה שנוסעת יחד בדרך)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(בעל חיים שעיר שנושא משאות בהרים)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(החלק הכי גבוה של ההר)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(אוויר עם מעט חמצן)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(דרך צרה להליכה בהרים)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אירועי היום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הגענו לכפר קטן בתוך ההרים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הלכנו לאט בשביל ועצרנו לנוח ולשתות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פגשנו בדרך שיירה של יאקים עם פעמונים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בערב ראינו את השמש שוקעת והפסגות נצבעות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על אוויר דל, הליכה לאט, יאקים עם פעמונים, נוף הרים ושקיעה - לפי פרטים מהטקסט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המתייחסת לעובדה מהטקסט (גובה, יאקים, אוויר דל וכו')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האוויר למעלה דל ויש בו פחות חמצן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 מתאים כמו כפפות חמות, משקפי שמש או נעלי טיולים עם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הקראת הטקסט לפני תחילת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תמונה של יאק לפני פעילות ההתאמה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הרי ההימלאיה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קראנו סיפור קצר. ילד הגיע עם המשפחה שלו להרים גבוהים באסיה. נתרגל את המילים והעובדות מהסיפור.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הימלאיה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שרשרת הרים גבוהה מאוד באסיה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שנוסעת יחד בדרך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יאק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 חיים שעיר שנושא משאות כבדים בהרים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הכי גבוה של ההר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אוויר דל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אוויר עם פחות חמצן, קשה לנשום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צרה להליכה בהרים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שוקעת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כשהשמש יורדת בערב ונעלמת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מטרים יש מהים עד המקום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נמצאים ההרים?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מטרים גבוה הכפר?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300 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3000 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 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300,000 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הלכו לאט?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היו עייפים מהטיסה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האוויר דל וקשה לנשום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ירד גשם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לא ידעו את הדרך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היה על הגב של היאקים?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ילדים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שקים כבדים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 לשתייה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אוהלים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יונתן אמר שהיאקים דומים להם?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למשאיות שעירות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למטוסים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לסוסים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אילו צבעים ראו בשקיעה?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כחול וירוק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ורוד וכתום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שחור ולבן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סגול וצהוב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הכפר נמצא בגובה של פחות מאלף מטר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השיירה שעברה בדרך הייתה של יאקים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ליאקים היו פעמונים שצלצלו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בערב המשפחה ראתה את השמש זורחת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עצרה כמה פעמים לנוח ולשתות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הכפר נמצא בגובה של יותר משלושת אלפים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למעלה בהרים האוויר __________ וקשה לנשום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היאקים נשאו על הגב __________ כבדים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בערב ראינו את השמש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יונתן צעק שהיאקים הם כמו __________ שעירות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בעל חיים שעיר שנושא משאות בהרים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יאק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החלק הכי גבוה של ההר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פסגה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דרך צרה להליכה בהרים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אוויר 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קבוצה שנוסעת יחד בדרך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שביל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אוויר עם מעט חמצן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אירועי היום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הלכנו לאט בשביל ועצרנו לנוח ולשתות 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פגשנו בדרך שיירה של יאקים עם פעמונים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בערב ראינו את השמש שוקעת והפסגות נצבעות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הגענו לכפר קטן בתוך ההרים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הולכים בשביל בהרי ההימלאיה. כתבו 3-4 משפטים על מה הייתם רואים, שומעים ומרגישים.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הדבר המפתיע ביותר שלמדתם על הרי ההימלאיה?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קשה לנשום בגובה רב?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הייתם אורזים לטיול כזה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הרי ההימלאיה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