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ההימלאיה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הרי ההימלאיה מתוך יומן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הקשורות להליכה בהרים גבוהים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3000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שקים כבדים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הכפר נמצא בגובה של יותר משלושת אלפים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 שעברה שיירה של יאקים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שהפעמונים שלהם צלצלו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(קבוצה שנוסעת יחד בדרך)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(בעל חיים שעיר שנושא משאות בהרים)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(החלק הכי גבוה של ההר)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(אוויר עם מעט חמצן)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אירועי היום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הגענו לכפר קטן בתוך ההרים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הלכנו לאט בשביל ועצרנו לנוח ולשתות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פגשנו בדרך שיירה של יאקים עם פעמונים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בערב ראינו את השמש שוקעת והפסגות נצבעות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על אוויר דל, הליכה לאט, יאקים עם פעמונים, נוף הרים ושקיעה - לפי פרטים מהטקסט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המתייחסת לעובדה מהטקסט (גובה, יאקים, אוויר דל וכו')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האוויר למעלה דל ויש בו פחות חמצן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 מתאים כמו כפפות חמות, משקפי שמש או נעלי טיולים עם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תחילת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תמונה של יאק לפני פעילות ההתאמה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הרי ההימלאיה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קראתם יומן מסע של ילד שהגיע עם משפחתו לכפר קטן בהרי ההימלאיה באסיה. בדף הזה נתרגל את מה שקרה ביום הראשון של הטיול.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דל  ·  מטר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יבשת נמצאים הרי ההימלאיה?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בגובה כמה מטרים בערך נמצא הכפר?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3000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30 מטר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נשאו היאקים על הגב?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שקים כבדים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מים לשתייה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הכפר נמצא בגובה של פחות מאלף מטר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השיירה שעברה בדרך הייתה של יאקים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ליאקים היו פעמונים שצלצלו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הכפר נמצא בגובה של יותר משלושת אלפים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למעלה בהרים האוויר __________ וקשה לנשום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בעל חיים שעיר שנושא משאות בהרים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החלק הכי גבוה של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פסגה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אוויר עם מעט חמצן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אוויר 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קבוצה שנוסעת יחד בדרך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אירועי היום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בערב ראינו את השמש שוקעת והפסגות נצבעות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הגענו לכפר קטן בתוך ההרים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הלכנו לאט בשביל ועצרנו לנוח ולשתות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פגשנו בדרך שיירה של יאקים עם פעמונים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הולכים בשביל בהרי ההימלאיה. כתבו 3-4 משפטים על מה הייתם רואים, שומעים ומרגישים.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הדבר המפתיע ביותר שלמדתם על הרי ההימלאיה?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קשה לנשום בגובה רב?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הרי ההימלאיה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